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06018" w14:textId="77777777" w:rsidR="00374CF7" w:rsidRPr="006864A1" w:rsidRDefault="00000000">
      <w:pPr>
        <w:jc w:val="center"/>
        <w:rPr>
          <w:lang w:val="es-CO"/>
        </w:rPr>
      </w:pPr>
      <w:r w:rsidRPr="006864A1">
        <w:rPr>
          <w:rFonts w:ascii="Cambria" w:eastAsia="Cambria" w:hAnsi="Cambria"/>
          <w:b/>
          <w:color w:val="19355E"/>
          <w:sz w:val="44"/>
          <w:lang w:val="es-CO"/>
        </w:rPr>
        <w:t>Ficha de diligenciamiento</w:t>
      </w:r>
    </w:p>
    <w:p w14:paraId="6533673C" w14:textId="262B3716" w:rsidR="00374CF7" w:rsidRPr="006864A1" w:rsidRDefault="00000000">
      <w:pPr>
        <w:jc w:val="center"/>
        <w:rPr>
          <w:lang w:val="es-CO"/>
        </w:rPr>
      </w:pPr>
      <w:proofErr w:type="spellStart"/>
      <w:r w:rsidRPr="006864A1">
        <w:rPr>
          <w:i/>
          <w:color w:val="127A87"/>
          <w:sz w:val="25"/>
          <w:lang w:val="es-CO"/>
        </w:rPr>
        <w:t>Canvas</w:t>
      </w:r>
      <w:proofErr w:type="spellEnd"/>
      <w:r w:rsidRPr="006864A1">
        <w:rPr>
          <w:i/>
          <w:color w:val="127A87"/>
          <w:sz w:val="25"/>
          <w:lang w:val="es-CO"/>
        </w:rPr>
        <w:t xml:space="preserve"> de oportunidad para materializar una oportunidad de mejora</w:t>
      </w:r>
      <w:r w:rsidR="006864A1">
        <w:rPr>
          <w:i/>
          <w:color w:val="127A87"/>
          <w:sz w:val="25"/>
          <w:lang w:val="es-CO"/>
        </w:rPr>
        <w:br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374CF7" w:rsidRPr="006864A1" w14:paraId="0F86CE34" w14:textId="77777777">
        <w:trPr>
          <w:jc w:val="center"/>
        </w:trPr>
        <w:tc>
          <w:tcPr>
            <w:tcW w:w="10368" w:type="dxa"/>
            <w:tcBorders>
              <w:top w:val="single" w:sz="8" w:space="0" w:color="1294A2"/>
              <w:left w:val="single" w:sz="8" w:space="0" w:color="1294A2"/>
              <w:bottom w:val="single" w:sz="8" w:space="0" w:color="1294A2"/>
              <w:right w:val="single" w:sz="8" w:space="0" w:color="1294A2"/>
            </w:tcBorders>
            <w:shd w:val="clear" w:color="auto" w:fill="E9F7F8"/>
          </w:tcPr>
          <w:p w14:paraId="000C6602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sz w:val="22"/>
                <w:lang w:val="es-CO"/>
              </w:rPr>
              <w:t>Uso de la ficha</w:t>
            </w:r>
          </w:p>
          <w:p w14:paraId="76B1FBD8" w14:textId="77777777" w:rsidR="00374CF7" w:rsidRPr="006864A1" w:rsidRDefault="00000000">
            <w:pPr>
              <w:jc w:val="center"/>
              <w:rPr>
                <w:lang w:val="es-CO"/>
              </w:rPr>
            </w:pPr>
            <w:r w:rsidRPr="006864A1">
              <w:rPr>
                <w:color w:val="127A87"/>
                <w:sz w:val="22"/>
                <w:lang w:val="es-CO"/>
              </w:rPr>
              <w:t>Primero tipifique la fricción, luego nombre el caso, descríbalo con evidencia y conviértalo en una oportunidad viable.</w:t>
            </w:r>
          </w:p>
          <w:p w14:paraId="25177240" w14:textId="77777777" w:rsidR="00374CF7" w:rsidRPr="006864A1" w:rsidRDefault="00000000">
            <w:pPr>
              <w:jc w:val="center"/>
              <w:rPr>
                <w:lang w:val="es-CO"/>
              </w:rPr>
            </w:pPr>
            <w:r w:rsidRPr="006864A1">
              <w:rPr>
                <w:color w:val="6E767C"/>
                <w:sz w:val="18"/>
                <w:lang w:val="es-CO"/>
              </w:rPr>
              <w:t>Esta versión se diligencia para un solo caso.</w:t>
            </w:r>
          </w:p>
        </w:tc>
      </w:tr>
    </w:tbl>
    <w:p w14:paraId="41A16946" w14:textId="77777777" w:rsidR="00374CF7" w:rsidRPr="006864A1" w:rsidRDefault="00374CF7">
      <w:pPr>
        <w:rPr>
          <w:lang w:val="es-C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0"/>
        <w:gridCol w:w="2600"/>
        <w:gridCol w:w="2600"/>
        <w:gridCol w:w="2600"/>
      </w:tblGrid>
      <w:tr w:rsidR="00374CF7" w14:paraId="3578721F" w14:textId="77777777" w:rsidTr="002040AA">
        <w:trPr>
          <w:trHeight w:val="1900"/>
          <w:jc w:val="center"/>
        </w:trPr>
        <w:tc>
          <w:tcPr>
            <w:tcW w:w="2600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</w:tcPr>
          <w:p w14:paraId="685067BC" w14:textId="77777777" w:rsidR="00374CF7" w:rsidRDefault="00000000">
            <w:pPr>
              <w:spacing w:after="40"/>
            </w:pPr>
            <w:proofErr w:type="spellStart"/>
            <w:r>
              <w:rPr>
                <w:b/>
                <w:color w:val="19355E"/>
                <w:sz w:val="19"/>
              </w:rPr>
              <w:t>Facultad</w:t>
            </w:r>
            <w:proofErr w:type="spellEnd"/>
            <w:r>
              <w:rPr>
                <w:b/>
                <w:color w:val="19355E"/>
                <w:sz w:val="19"/>
              </w:rPr>
              <w:t xml:space="preserve"> / </w:t>
            </w:r>
            <w:proofErr w:type="spellStart"/>
            <w:r>
              <w:rPr>
                <w:b/>
                <w:color w:val="19355E"/>
                <w:sz w:val="19"/>
              </w:rPr>
              <w:t>unidad</w:t>
            </w:r>
            <w:proofErr w:type="spellEnd"/>
          </w:p>
          <w:p w14:paraId="0B00A9AC" w14:textId="2D279439" w:rsidR="00E549EF" w:rsidRDefault="00E549EF" w:rsidP="00E549EF">
            <w:r>
              <w:t>________________________________________________________________________________________</w:t>
            </w:r>
          </w:p>
          <w:p w14:paraId="6FA8982C" w14:textId="07F6329F" w:rsidR="00374CF7" w:rsidRDefault="00374CF7"/>
        </w:tc>
        <w:tc>
          <w:tcPr>
            <w:tcW w:w="2600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</w:tcPr>
          <w:p w14:paraId="31E2BA02" w14:textId="77777777" w:rsidR="00374CF7" w:rsidRDefault="00000000">
            <w:pPr>
              <w:spacing w:after="40"/>
            </w:pPr>
            <w:r>
              <w:rPr>
                <w:b/>
                <w:color w:val="19355E"/>
                <w:sz w:val="19"/>
              </w:rPr>
              <w:t>Programa o dependencia</w:t>
            </w:r>
          </w:p>
          <w:p w14:paraId="287CF572" w14:textId="77777777" w:rsidR="00E549EF" w:rsidRDefault="00E549EF" w:rsidP="00E549EF">
            <w:r>
              <w:t>________________________________________________________________________________________</w:t>
            </w:r>
          </w:p>
          <w:p w14:paraId="6206B977" w14:textId="1361C2DB" w:rsidR="00374CF7" w:rsidRDefault="00374CF7"/>
        </w:tc>
        <w:tc>
          <w:tcPr>
            <w:tcW w:w="2600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</w:tcPr>
          <w:p w14:paraId="3705E2CC" w14:textId="77777777" w:rsidR="00374CF7" w:rsidRDefault="00000000">
            <w:pPr>
              <w:spacing w:after="40"/>
            </w:pPr>
            <w:r>
              <w:rPr>
                <w:b/>
                <w:color w:val="19355E"/>
                <w:sz w:val="19"/>
              </w:rPr>
              <w:t>Área / proceso</w:t>
            </w:r>
          </w:p>
          <w:p w14:paraId="6F22AFEC" w14:textId="77777777" w:rsidR="00E549EF" w:rsidRDefault="00E549EF" w:rsidP="00E549EF">
            <w:r>
              <w:t>________________________________________________________________________________________</w:t>
            </w:r>
          </w:p>
          <w:p w14:paraId="77DA7A68" w14:textId="282D5BAC" w:rsidR="00374CF7" w:rsidRDefault="00374CF7"/>
        </w:tc>
        <w:tc>
          <w:tcPr>
            <w:tcW w:w="2600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</w:tcPr>
          <w:p w14:paraId="1396E0DE" w14:textId="77777777" w:rsidR="00374CF7" w:rsidRDefault="00000000">
            <w:pPr>
              <w:spacing w:after="40"/>
            </w:pPr>
            <w:r>
              <w:rPr>
                <w:b/>
                <w:color w:val="19355E"/>
                <w:sz w:val="19"/>
              </w:rPr>
              <w:t>Responsable</w:t>
            </w:r>
          </w:p>
          <w:p w14:paraId="3BE569F5" w14:textId="77777777" w:rsidR="00E549EF" w:rsidRDefault="00E549EF" w:rsidP="00E549EF">
            <w:r>
              <w:t>________________________________________________________________________________________</w:t>
            </w:r>
          </w:p>
          <w:p w14:paraId="1E3D6C82" w14:textId="30154ADA" w:rsidR="00374CF7" w:rsidRDefault="00374CF7"/>
        </w:tc>
      </w:tr>
      <w:tr w:rsidR="00374CF7" w14:paraId="2067A48A" w14:textId="77777777" w:rsidTr="002040AA">
        <w:trPr>
          <w:trHeight w:val="1900"/>
          <w:jc w:val="center"/>
        </w:trPr>
        <w:tc>
          <w:tcPr>
            <w:tcW w:w="2600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</w:tcPr>
          <w:p w14:paraId="68BEE042" w14:textId="77777777" w:rsidR="00374CF7" w:rsidRDefault="00000000">
            <w:pPr>
              <w:spacing w:after="40"/>
            </w:pPr>
            <w:r>
              <w:rPr>
                <w:b/>
                <w:color w:val="19355E"/>
                <w:sz w:val="19"/>
              </w:rPr>
              <w:t>Fecha</w:t>
            </w:r>
          </w:p>
          <w:p w14:paraId="2B14ACC1" w14:textId="77777777" w:rsidR="00E549EF" w:rsidRDefault="00E549EF" w:rsidP="00E549EF">
            <w:r>
              <w:t>________________________________________________________________________________________</w:t>
            </w:r>
          </w:p>
          <w:p w14:paraId="7DAE2B60" w14:textId="57F347C1" w:rsidR="00374CF7" w:rsidRDefault="00374CF7"/>
        </w:tc>
        <w:tc>
          <w:tcPr>
            <w:tcW w:w="2600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</w:tcPr>
          <w:p w14:paraId="1DC2F531" w14:textId="77777777" w:rsidR="00374CF7" w:rsidRDefault="00000000">
            <w:pPr>
              <w:spacing w:after="40"/>
            </w:pPr>
            <w:r>
              <w:rPr>
                <w:b/>
                <w:color w:val="19355E"/>
                <w:sz w:val="19"/>
              </w:rPr>
              <w:t>Usuario o actor principal</w:t>
            </w:r>
          </w:p>
          <w:p w14:paraId="5A89C9A6" w14:textId="77777777" w:rsidR="00E549EF" w:rsidRDefault="00E549EF" w:rsidP="00E549EF">
            <w:r>
              <w:t>________________________________________________________________________________________</w:t>
            </w:r>
          </w:p>
          <w:p w14:paraId="5B452141" w14:textId="1E591510" w:rsidR="00374CF7" w:rsidRDefault="00374CF7"/>
        </w:tc>
        <w:tc>
          <w:tcPr>
            <w:tcW w:w="2600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</w:tcPr>
          <w:p w14:paraId="0619AD42" w14:textId="77777777" w:rsidR="00374CF7" w:rsidRDefault="00000000">
            <w:pPr>
              <w:spacing w:after="40"/>
            </w:pPr>
            <w:r>
              <w:rPr>
                <w:b/>
                <w:color w:val="19355E"/>
                <w:sz w:val="19"/>
              </w:rPr>
              <w:t>Objetivo del proceso</w:t>
            </w:r>
          </w:p>
          <w:p w14:paraId="2F6B903A" w14:textId="77777777" w:rsidR="00E549EF" w:rsidRDefault="00E549EF" w:rsidP="00E549EF">
            <w:r>
              <w:t>________________________________________________________________________________________</w:t>
            </w:r>
          </w:p>
          <w:p w14:paraId="22186D02" w14:textId="7C71A8F4" w:rsidR="00374CF7" w:rsidRDefault="00374CF7"/>
        </w:tc>
        <w:tc>
          <w:tcPr>
            <w:tcW w:w="2600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</w:tcPr>
          <w:p w14:paraId="1E1AA9C4" w14:textId="77777777" w:rsidR="00374CF7" w:rsidRDefault="00000000">
            <w:pPr>
              <w:spacing w:after="40"/>
            </w:pPr>
            <w:r>
              <w:rPr>
                <w:b/>
                <w:color w:val="19355E"/>
                <w:sz w:val="19"/>
              </w:rPr>
              <w:t>Caso o situación priorizada</w:t>
            </w:r>
          </w:p>
          <w:p w14:paraId="6F860653" w14:textId="77777777" w:rsidR="00E549EF" w:rsidRDefault="00E549EF" w:rsidP="00E549EF">
            <w:r>
              <w:t>________________________________________________________________________________________</w:t>
            </w:r>
          </w:p>
          <w:p w14:paraId="7FEF74FA" w14:textId="7DA2F460" w:rsidR="00374CF7" w:rsidRDefault="00374CF7"/>
        </w:tc>
      </w:tr>
    </w:tbl>
    <w:p w14:paraId="43201694" w14:textId="77777777" w:rsidR="00374CF7" w:rsidRDefault="00374CF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  <w:gridCol w:w="58"/>
      </w:tblGrid>
      <w:tr w:rsidR="00374CF7" w14:paraId="76AA903F" w14:textId="77777777">
        <w:trPr>
          <w:gridAfter w:val="1"/>
          <w:wAfter w:w="58" w:type="dxa"/>
          <w:jc w:val="center"/>
        </w:trPr>
        <w:tc>
          <w:tcPr>
            <w:tcW w:w="10368" w:type="dxa"/>
            <w:gridSpan w:val="2"/>
            <w:tcBorders>
              <w:top w:val="single" w:sz="0" w:space="0" w:color="19355E"/>
              <w:left w:val="single" w:sz="0" w:space="0" w:color="19355E"/>
              <w:bottom w:val="single" w:sz="0" w:space="0" w:color="19355E"/>
              <w:right w:val="single" w:sz="0" w:space="0" w:color="19355E"/>
            </w:tcBorders>
            <w:shd w:val="clear" w:color="auto" w:fill="19355E"/>
          </w:tcPr>
          <w:p w14:paraId="410EFA71" w14:textId="77777777" w:rsidR="00374CF7" w:rsidRDefault="00000000">
            <w:r>
              <w:rPr>
                <w:b/>
                <w:color w:val="FFFFFF"/>
                <w:sz w:val="23"/>
              </w:rPr>
              <w:t>1. Tipificación de la fricción</w:t>
            </w:r>
          </w:p>
        </w:tc>
      </w:tr>
      <w:tr w:rsidR="00374CF7" w14:paraId="702CD314" w14:textId="77777777">
        <w:trPr>
          <w:jc w:val="center"/>
        </w:trPr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086CC0DE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Tipo de fricción</w:t>
            </w:r>
          </w:p>
          <w:p w14:paraId="4F2FC16A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lang w:val="es-CO"/>
              </w:rPr>
              <w:t>Seleccione la categoría principal que mejor ubica el caso.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76"/>
              <w:gridCol w:w="2376"/>
            </w:tblGrid>
            <w:tr w:rsidR="00374CF7" w14:paraId="054BAD72" w14:textId="77777777" w:rsidTr="002040AA">
              <w:trPr>
                <w:trHeight w:val="672"/>
              </w:trPr>
              <w:tc>
                <w:tcPr>
                  <w:tcW w:w="2376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761BE542" w14:textId="77777777" w:rsidR="00374CF7" w:rsidRDefault="00000000">
                  <w:r>
                    <w:rPr>
                      <w:sz w:val="20"/>
                    </w:rPr>
                    <w:t xml:space="preserve">□ </w:t>
                  </w:r>
                  <w:proofErr w:type="spellStart"/>
                  <w:r>
                    <w:rPr>
                      <w:sz w:val="20"/>
                    </w:rPr>
                    <w:t>Aprendizaje</w:t>
                  </w:r>
                  <w:proofErr w:type="spellEnd"/>
                </w:p>
              </w:tc>
              <w:tc>
                <w:tcPr>
                  <w:tcW w:w="2376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27370871" w14:textId="77777777" w:rsidR="00374CF7" w:rsidRDefault="00000000">
                  <w:r>
                    <w:rPr>
                      <w:sz w:val="20"/>
                    </w:rPr>
                    <w:t>□ Enseñanza</w:t>
                  </w:r>
                </w:p>
              </w:tc>
            </w:tr>
            <w:tr w:rsidR="00374CF7" w14:paraId="770F66B9" w14:textId="77777777" w:rsidTr="002040AA">
              <w:trPr>
                <w:trHeight w:val="634"/>
              </w:trPr>
              <w:tc>
                <w:tcPr>
                  <w:tcW w:w="2376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4349B273" w14:textId="77777777" w:rsidR="00374CF7" w:rsidRDefault="00000000">
                  <w:r>
                    <w:rPr>
                      <w:sz w:val="20"/>
                    </w:rPr>
                    <w:t>□ Metodología</w:t>
                  </w:r>
                </w:p>
              </w:tc>
              <w:tc>
                <w:tcPr>
                  <w:tcW w:w="2376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7D4FBCEA" w14:textId="77777777" w:rsidR="00374CF7" w:rsidRDefault="00000000">
                  <w:r>
                    <w:rPr>
                      <w:sz w:val="20"/>
                    </w:rPr>
                    <w:t>□ Evaluación</w:t>
                  </w:r>
                </w:p>
              </w:tc>
            </w:tr>
            <w:tr w:rsidR="00374CF7" w14:paraId="0539BB10" w14:textId="77777777" w:rsidTr="002040AA">
              <w:trPr>
                <w:trHeight w:val="634"/>
              </w:trPr>
              <w:tc>
                <w:tcPr>
                  <w:tcW w:w="2376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24E4C204" w14:textId="77777777" w:rsidR="00374CF7" w:rsidRDefault="00000000">
                  <w:r>
                    <w:rPr>
                      <w:sz w:val="20"/>
                    </w:rPr>
                    <w:t>□ Acompañamiento</w:t>
                  </w:r>
                </w:p>
              </w:tc>
              <w:tc>
                <w:tcPr>
                  <w:tcW w:w="2376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76F3E233" w14:textId="77777777" w:rsidR="00374CF7" w:rsidRDefault="00000000">
                  <w:r>
                    <w:rPr>
                      <w:sz w:val="20"/>
                    </w:rPr>
                    <w:t>□ Retroalimentación</w:t>
                  </w:r>
                </w:p>
              </w:tc>
            </w:tr>
          </w:tbl>
          <w:p w14:paraId="12CA0418" w14:textId="77777777" w:rsidR="00374CF7" w:rsidRDefault="00374CF7"/>
        </w:tc>
        <w:tc>
          <w:tcPr>
            <w:tcW w:w="5184" w:type="dxa"/>
            <w:gridSpan w:val="2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6B0BD7CB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Fricción seleccionada</w:t>
            </w:r>
          </w:p>
          <w:p w14:paraId="40628719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lang w:val="es-CO"/>
              </w:rPr>
              <w:t>Asigne un nombre breve y específico al caso a intervenir.</w:t>
            </w:r>
          </w:p>
          <w:p w14:paraId="1EE5A9C5" w14:textId="00CEED18" w:rsidR="00374CF7" w:rsidRDefault="006864A1">
            <w:r>
              <w:br/>
            </w:r>
            <w:r w:rsidR="00000000">
              <w:t>________________________________________________</w:t>
            </w:r>
          </w:p>
          <w:p w14:paraId="6BAE9C51" w14:textId="7029E1E0" w:rsidR="00374CF7" w:rsidRDefault="006864A1">
            <w:r>
              <w:br/>
            </w:r>
            <w:r w:rsidR="00000000">
              <w:t>________________________________________________</w:t>
            </w:r>
            <w:r>
              <w:br/>
            </w:r>
          </w:p>
          <w:p w14:paraId="24AFC0A5" w14:textId="3BF4BF28" w:rsidR="00374CF7" w:rsidRDefault="00000000">
            <w:r>
              <w:t>________________________________________________</w:t>
            </w:r>
            <w:r w:rsidR="006864A1">
              <w:br/>
            </w:r>
          </w:p>
          <w:p w14:paraId="57479505" w14:textId="37563228" w:rsidR="00374CF7" w:rsidRDefault="00374CF7"/>
        </w:tc>
      </w:tr>
    </w:tbl>
    <w:p w14:paraId="02AAA68C" w14:textId="77777777" w:rsidR="00374CF7" w:rsidRDefault="00374CF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83"/>
      </w:tblGrid>
      <w:tr w:rsidR="00374CF7" w14:paraId="452F193D" w14:textId="77777777" w:rsidTr="002040AA">
        <w:trPr>
          <w:trHeight w:val="3339"/>
          <w:jc w:val="center"/>
        </w:trPr>
        <w:tc>
          <w:tcPr>
            <w:tcW w:w="10383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  <w:shd w:val="clear" w:color="auto" w:fill="FFFFFF"/>
          </w:tcPr>
          <w:p w14:paraId="67C3FB22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sz w:val="22"/>
                <w:lang w:val="es-CO"/>
              </w:rPr>
              <w:t>2. Descripción de la fricción</w:t>
            </w:r>
          </w:p>
          <w:p w14:paraId="648642FC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color w:val="127A87"/>
                <w:sz w:val="19"/>
                <w:lang w:val="es-CO"/>
              </w:rPr>
              <w:t>Describa qué ocurre, a quién afecta, cuándo aparece y por qué hoy merece atención.</w:t>
            </w:r>
          </w:p>
          <w:p w14:paraId="0DC4A327" w14:textId="3757EDEE" w:rsidR="00374CF7" w:rsidRDefault="00000000">
            <w:r>
              <w:t>____________________________________________________________________________________</w:t>
            </w:r>
            <w:r w:rsidR="006864A1">
              <w:t>___________</w:t>
            </w:r>
            <w:r w:rsidR="00E549EF">
              <w:t>__</w:t>
            </w:r>
          </w:p>
          <w:p w14:paraId="4BB3CE55" w14:textId="04A84DCA" w:rsidR="00374CF7" w:rsidRDefault="00000000">
            <w:r>
              <w:t>____________________________________________________________________________________</w:t>
            </w:r>
            <w:r w:rsidR="006864A1">
              <w:t>___________</w:t>
            </w:r>
            <w:r w:rsidR="00E549EF">
              <w:t>__</w:t>
            </w:r>
          </w:p>
          <w:p w14:paraId="4BFF7170" w14:textId="34EBA6AA" w:rsidR="00374CF7" w:rsidRDefault="00000000">
            <w:r>
              <w:t>____________________________________________________________________________________</w:t>
            </w:r>
            <w:r w:rsidR="006864A1">
              <w:t>___________</w:t>
            </w:r>
            <w:r w:rsidR="00E549EF">
              <w:t>__</w:t>
            </w:r>
          </w:p>
          <w:p w14:paraId="21AFB85F" w14:textId="298B6B2C" w:rsidR="00374CF7" w:rsidRDefault="00000000">
            <w:r>
              <w:t>____________________________________________________________________________________</w:t>
            </w:r>
            <w:r w:rsidR="006864A1">
              <w:t>___________</w:t>
            </w:r>
            <w:r w:rsidR="00E549EF">
              <w:t>__</w:t>
            </w:r>
          </w:p>
          <w:p w14:paraId="6D40D074" w14:textId="674DB4E0" w:rsidR="00374CF7" w:rsidRDefault="00000000">
            <w:r>
              <w:t>____________________________________________________________________________________</w:t>
            </w:r>
            <w:r w:rsidR="006864A1">
              <w:t>___________</w:t>
            </w:r>
            <w:r w:rsidR="00E549EF">
              <w:t>__</w:t>
            </w:r>
          </w:p>
          <w:p w14:paraId="485678F5" w14:textId="263E9DBA" w:rsidR="00374CF7" w:rsidRDefault="00000000">
            <w:r>
              <w:t>____________________________________________________________________________________</w:t>
            </w:r>
            <w:r w:rsidR="006864A1">
              <w:t>___________</w:t>
            </w:r>
            <w:r w:rsidR="00E549EF">
              <w:t>__</w:t>
            </w:r>
          </w:p>
          <w:p w14:paraId="0B3FCBF3" w14:textId="77A4D50B" w:rsidR="002040AA" w:rsidRDefault="002040AA" w:rsidP="002040AA">
            <w:r>
              <w:t>_______________________________________________________________________________________________</w:t>
            </w:r>
            <w:r w:rsidR="00E549EF">
              <w:t>__</w:t>
            </w:r>
          </w:p>
          <w:p w14:paraId="297FED9D" w14:textId="434F9548" w:rsidR="002040AA" w:rsidRDefault="002040AA" w:rsidP="002040AA">
            <w:r>
              <w:t>_______________________________________________________________________________________________</w:t>
            </w:r>
            <w:r w:rsidR="00E549EF">
              <w:t>__</w:t>
            </w:r>
          </w:p>
          <w:p w14:paraId="2BCB6CB0" w14:textId="5F1ED27B" w:rsidR="002040AA" w:rsidRDefault="002040AA" w:rsidP="002040AA">
            <w:r>
              <w:t>_______________________________________________________________________________________________</w:t>
            </w:r>
            <w:r w:rsidR="00E549EF">
              <w:t>__</w:t>
            </w:r>
          </w:p>
          <w:p w14:paraId="6A89D7F7" w14:textId="118C66FE" w:rsidR="002040AA" w:rsidRDefault="002040AA"/>
        </w:tc>
      </w:tr>
    </w:tbl>
    <w:p w14:paraId="3AE81253" w14:textId="77777777" w:rsidR="00374CF7" w:rsidRDefault="00000000">
      <w:r>
        <w:br w:type="page"/>
      </w:r>
    </w:p>
    <w:p w14:paraId="7413D9D5" w14:textId="77777777" w:rsidR="00374CF7" w:rsidRDefault="00000000">
      <w:pPr>
        <w:jc w:val="center"/>
      </w:pPr>
      <w:r>
        <w:rPr>
          <w:rFonts w:ascii="Cambria" w:eastAsia="Cambria" w:hAnsi="Cambria"/>
          <w:b/>
          <w:color w:val="19355E"/>
          <w:sz w:val="44"/>
        </w:rPr>
        <w:lastRenderedPageBreak/>
        <w:t>Análisis del caso</w:t>
      </w:r>
    </w:p>
    <w:p w14:paraId="3898BEDC" w14:textId="77777777" w:rsidR="00374CF7" w:rsidRPr="006864A1" w:rsidRDefault="00000000">
      <w:pPr>
        <w:jc w:val="center"/>
        <w:rPr>
          <w:lang w:val="es-CO"/>
        </w:rPr>
      </w:pPr>
      <w:r w:rsidRPr="006864A1">
        <w:rPr>
          <w:i/>
          <w:color w:val="127A87"/>
          <w:sz w:val="25"/>
          <w:lang w:val="es-CO"/>
        </w:rPr>
        <w:t>Evidencia, causas, impacto y criterio de selección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374CF7" w14:paraId="0074CAA7" w14:textId="77777777">
        <w:trPr>
          <w:jc w:val="center"/>
        </w:trPr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56DEC8C6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3. Evidencias y señales observables</w:t>
            </w:r>
          </w:p>
          <w:p w14:paraId="3BC93F61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color w:val="127A87"/>
                <w:sz w:val="19"/>
                <w:lang w:val="es-CO"/>
              </w:rPr>
              <w:t>Consigne hechos verificables: demoras, errores, quejas, retrabajo, saturación, vacíos de seguimiento u otros indicios.</w:t>
            </w:r>
          </w:p>
          <w:p w14:paraId="329131D9" w14:textId="5C953023" w:rsidR="00374CF7" w:rsidRDefault="00000000">
            <w:r>
              <w:t>_______________________________________________</w:t>
            </w:r>
            <w:r w:rsidR="00E549EF">
              <w:br/>
            </w:r>
          </w:p>
          <w:p w14:paraId="073221DC" w14:textId="47E86976" w:rsidR="00374CF7" w:rsidRDefault="00000000">
            <w:r>
              <w:t>_______________________________________________</w:t>
            </w:r>
            <w:r w:rsidR="00E549EF">
              <w:br/>
            </w:r>
          </w:p>
          <w:p w14:paraId="2949A81A" w14:textId="60B67BAE" w:rsidR="00374CF7" w:rsidRDefault="00000000">
            <w:r>
              <w:t>_______________________________________________</w:t>
            </w:r>
            <w:r w:rsidR="00E549EF">
              <w:br/>
            </w:r>
          </w:p>
          <w:p w14:paraId="09C2A33F" w14:textId="30BABF40" w:rsidR="00374CF7" w:rsidRDefault="00000000">
            <w:r>
              <w:t>_______________________________________________</w:t>
            </w:r>
            <w:r w:rsidR="00E549EF">
              <w:br/>
            </w:r>
          </w:p>
          <w:p w14:paraId="0AFD6B67" w14:textId="6A977CE7" w:rsidR="00374CF7" w:rsidRDefault="00000000">
            <w:r>
              <w:t>_______________________________________________</w:t>
            </w:r>
            <w:r w:rsidR="00E549EF">
              <w:br/>
            </w:r>
          </w:p>
        </w:tc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370DF4C8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4. Causas o condiciones que la originan</w:t>
            </w:r>
          </w:p>
          <w:p w14:paraId="2D74767F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color w:val="127A87"/>
                <w:sz w:val="19"/>
                <w:lang w:val="es-CO"/>
              </w:rPr>
              <w:t>Explique qué factores del proceso, del método o de la interacción producen o agravan la fricción.</w:t>
            </w:r>
          </w:p>
          <w:p w14:paraId="67F2B7CE" w14:textId="16DE497D" w:rsidR="00374CF7" w:rsidRDefault="00000000">
            <w:r>
              <w:t>_______________________________________________</w:t>
            </w:r>
            <w:r w:rsidR="00E549EF">
              <w:br/>
            </w:r>
          </w:p>
          <w:p w14:paraId="65825996" w14:textId="2B98AC41" w:rsidR="00374CF7" w:rsidRDefault="00000000">
            <w:r>
              <w:t>_______________________________________________</w:t>
            </w:r>
            <w:r w:rsidR="00E549EF">
              <w:br/>
            </w:r>
          </w:p>
          <w:p w14:paraId="54B3C414" w14:textId="0F0BC3AF" w:rsidR="00374CF7" w:rsidRDefault="00000000">
            <w:r>
              <w:t>_______________________________________________</w:t>
            </w:r>
            <w:r w:rsidR="00E549EF">
              <w:br/>
            </w:r>
          </w:p>
          <w:p w14:paraId="0F762562" w14:textId="3B323CCB" w:rsidR="00374CF7" w:rsidRDefault="00000000">
            <w:r>
              <w:t>_______________________________________________</w:t>
            </w:r>
            <w:r w:rsidR="00E549EF">
              <w:br/>
            </w:r>
          </w:p>
          <w:p w14:paraId="4284EC94" w14:textId="38C590F6" w:rsidR="00374CF7" w:rsidRDefault="00000000">
            <w:r>
              <w:t>_______________________________________________</w:t>
            </w:r>
            <w:r w:rsidR="00E549EF">
              <w:br/>
            </w:r>
          </w:p>
        </w:tc>
      </w:tr>
    </w:tbl>
    <w:p w14:paraId="1B8F16D4" w14:textId="77777777" w:rsidR="00374CF7" w:rsidRDefault="00374CF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374CF7" w14:paraId="20503427" w14:textId="77777777">
        <w:trPr>
          <w:jc w:val="center"/>
        </w:trPr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5B6B724C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5. Impacto actual de la fricción</w:t>
            </w:r>
          </w:p>
          <w:p w14:paraId="440CA430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color w:val="127A87"/>
                <w:sz w:val="19"/>
                <w:lang w:val="es-CO"/>
              </w:rPr>
              <w:t>Precise consecuencias en tiempo, calidad, experiencia, coordinación, aprendizaje o uso de recursos.</w:t>
            </w:r>
          </w:p>
          <w:p w14:paraId="3D255572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5C4BCA7B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62A3C93E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406C3354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2DA4EA2D" w14:textId="11F9F543" w:rsidR="00374CF7" w:rsidRDefault="00E549EF" w:rsidP="00E549EF">
            <w:r>
              <w:t>_______________________________________________</w:t>
            </w:r>
          </w:p>
        </w:tc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2AB88E80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6. Criterio de prioridad</w:t>
            </w:r>
          </w:p>
          <w:p w14:paraId="053F894A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color w:val="127A87"/>
                <w:sz w:val="19"/>
                <w:lang w:val="es-CO"/>
              </w:rPr>
              <w:t>Explique por qué este caso fue escogido frente a otras fricciones posibles.</w:t>
            </w:r>
          </w:p>
          <w:p w14:paraId="2EFAF505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6C969AF4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68C3702F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2CB3AA7E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5D1C4356" w14:textId="43B43178" w:rsidR="00374CF7" w:rsidRDefault="00E549EF" w:rsidP="00E549EF">
            <w:r>
              <w:t>_______________________________________________</w:t>
            </w:r>
            <w:r>
              <w:br/>
            </w:r>
          </w:p>
        </w:tc>
      </w:tr>
    </w:tbl>
    <w:p w14:paraId="3FED83F3" w14:textId="77777777" w:rsidR="00374CF7" w:rsidRDefault="00000000">
      <w:r>
        <w:br w:type="page"/>
      </w:r>
    </w:p>
    <w:p w14:paraId="15EBDB92" w14:textId="77777777" w:rsidR="00374CF7" w:rsidRDefault="00000000">
      <w:pPr>
        <w:jc w:val="center"/>
      </w:pPr>
      <w:r>
        <w:rPr>
          <w:rFonts w:ascii="Cambria" w:eastAsia="Cambria" w:hAnsi="Cambria"/>
          <w:b/>
          <w:color w:val="19355E"/>
          <w:sz w:val="44"/>
        </w:rPr>
        <w:lastRenderedPageBreak/>
        <w:t>Construcción de la oportunidad</w:t>
      </w:r>
    </w:p>
    <w:p w14:paraId="14531ECC" w14:textId="77777777" w:rsidR="00374CF7" w:rsidRPr="006864A1" w:rsidRDefault="00000000">
      <w:pPr>
        <w:jc w:val="center"/>
        <w:rPr>
          <w:lang w:val="es-CO"/>
        </w:rPr>
      </w:pPr>
      <w:r w:rsidRPr="006864A1">
        <w:rPr>
          <w:i/>
          <w:color w:val="127A87"/>
          <w:sz w:val="25"/>
          <w:lang w:val="es-CO"/>
        </w:rPr>
        <w:t>Del análisis de la fricción a una intervención realizable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374CF7" w:rsidRPr="006864A1" w14:paraId="1C696938" w14:textId="77777777">
        <w:trPr>
          <w:jc w:val="center"/>
        </w:trPr>
        <w:tc>
          <w:tcPr>
            <w:tcW w:w="10368" w:type="dxa"/>
            <w:tcBorders>
              <w:top w:val="single" w:sz="8" w:space="0" w:color="1294A2"/>
              <w:left w:val="single" w:sz="8" w:space="0" w:color="1294A2"/>
              <w:bottom w:val="single" w:sz="8" w:space="0" w:color="1294A2"/>
              <w:right w:val="single" w:sz="8" w:space="0" w:color="1294A2"/>
            </w:tcBorders>
            <w:shd w:val="clear" w:color="auto" w:fill="E9F7F8"/>
          </w:tcPr>
          <w:p w14:paraId="53D138C6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sz w:val="22"/>
                <w:lang w:val="es-CO"/>
              </w:rPr>
              <w:t>Fórmula breve para redactar la oportunidad</w:t>
            </w:r>
          </w:p>
          <w:p w14:paraId="1C7BD468" w14:textId="77777777" w:rsidR="00374CF7" w:rsidRPr="006864A1" w:rsidRDefault="00000000">
            <w:pPr>
              <w:jc w:val="center"/>
              <w:rPr>
                <w:lang w:val="es-CO"/>
              </w:rPr>
            </w:pPr>
            <w:r w:rsidRPr="006864A1">
              <w:rPr>
                <w:color w:val="127A87"/>
                <w:sz w:val="22"/>
                <w:lang w:val="es-CO"/>
              </w:rPr>
              <w:t>En [proceso], [usuario / área] enfrenta [fricción], lo que genera [impacto]. Una oportunidad de mejora sería [intervención propuesta].</w:t>
            </w:r>
          </w:p>
          <w:p w14:paraId="55905067" w14:textId="77777777" w:rsidR="00374CF7" w:rsidRPr="006864A1" w:rsidRDefault="00000000">
            <w:pPr>
              <w:jc w:val="center"/>
              <w:rPr>
                <w:lang w:val="es-CO"/>
              </w:rPr>
            </w:pPr>
            <w:r w:rsidRPr="006864A1">
              <w:rPr>
                <w:color w:val="6E767C"/>
                <w:sz w:val="18"/>
                <w:lang w:val="es-CO"/>
              </w:rPr>
              <w:t>Use esta fórmula primero como borrador. Luego ajuste la redacción al contexto institucional.</w:t>
            </w:r>
          </w:p>
        </w:tc>
      </w:tr>
    </w:tbl>
    <w:p w14:paraId="12F64F1B" w14:textId="77777777" w:rsidR="00374CF7" w:rsidRPr="006864A1" w:rsidRDefault="00374CF7">
      <w:pPr>
        <w:rPr>
          <w:lang w:val="es-C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374CF7" w14:paraId="77014856" w14:textId="77777777">
        <w:trPr>
          <w:jc w:val="center"/>
        </w:trPr>
        <w:tc>
          <w:tcPr>
            <w:tcW w:w="10368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  <w:shd w:val="clear" w:color="auto" w:fill="FFFFFF"/>
          </w:tcPr>
          <w:p w14:paraId="0E457669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sz w:val="22"/>
                <w:lang w:val="es-CO"/>
              </w:rPr>
              <w:t>7. Oportunidad de mejora redactada</w:t>
            </w:r>
          </w:p>
          <w:p w14:paraId="19DC4515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color w:val="127A87"/>
                <w:sz w:val="19"/>
                <w:lang w:val="es-CO"/>
              </w:rPr>
              <w:t>Redacte la oportunidad ya formulada, con claridad, foco y sentido práctico.</w:t>
            </w:r>
          </w:p>
          <w:p w14:paraId="2540C70D" w14:textId="77777777" w:rsidR="00EF3C0B" w:rsidRPr="006864A1" w:rsidRDefault="00EF3C0B" w:rsidP="00EF3C0B">
            <w:pPr>
              <w:rPr>
                <w:lang w:val="es-CO"/>
              </w:rPr>
            </w:pPr>
          </w:p>
          <w:p w14:paraId="412113BE" w14:textId="77777777" w:rsidR="00EF3C0B" w:rsidRDefault="00EF3C0B" w:rsidP="00EF3C0B">
            <w:r>
              <w:t>_________________________________________________________________________________________________</w:t>
            </w:r>
            <w:r>
              <w:br/>
            </w:r>
          </w:p>
          <w:p w14:paraId="2CFF2795" w14:textId="77777777" w:rsidR="00EF3C0B" w:rsidRDefault="00EF3C0B" w:rsidP="00EF3C0B">
            <w:r>
              <w:t>_________________________________________________________________________________________________</w:t>
            </w:r>
            <w:r>
              <w:br/>
            </w:r>
          </w:p>
          <w:p w14:paraId="539E4483" w14:textId="77777777" w:rsidR="00EF3C0B" w:rsidRDefault="00EF3C0B" w:rsidP="00EF3C0B">
            <w:r>
              <w:t>_________________________________________________________________________________________________</w:t>
            </w:r>
            <w:r>
              <w:br/>
            </w:r>
          </w:p>
          <w:p w14:paraId="79B73711" w14:textId="77777777" w:rsidR="00EF3C0B" w:rsidRDefault="00EF3C0B" w:rsidP="00EF3C0B">
            <w:r>
              <w:t>_________________________________________________________________________________________________</w:t>
            </w:r>
            <w:r>
              <w:br/>
            </w:r>
          </w:p>
          <w:p w14:paraId="04C89372" w14:textId="77777777" w:rsidR="00EF3C0B" w:rsidRDefault="00EF3C0B" w:rsidP="00EF3C0B">
            <w:r>
              <w:t>_________________________________________________________________________________________________</w:t>
            </w:r>
            <w:r>
              <w:br/>
            </w:r>
          </w:p>
          <w:p w14:paraId="1DCD3117" w14:textId="77777777" w:rsidR="00EF3C0B" w:rsidRDefault="00EF3C0B" w:rsidP="00EF3C0B">
            <w:r>
              <w:t>_________________________________________________________________________________________________</w:t>
            </w:r>
            <w:r>
              <w:br/>
            </w:r>
          </w:p>
          <w:p w14:paraId="63E10D6E" w14:textId="77777777" w:rsidR="00EF3C0B" w:rsidRDefault="00EF3C0B" w:rsidP="00EF3C0B">
            <w:r>
              <w:t>_________________________________________________________________________________________________</w:t>
            </w:r>
          </w:p>
          <w:p w14:paraId="4E7B9B4A" w14:textId="41FCDE4B" w:rsidR="00374CF7" w:rsidRDefault="00374CF7"/>
        </w:tc>
      </w:tr>
    </w:tbl>
    <w:p w14:paraId="0740FF03" w14:textId="77777777" w:rsidR="00374CF7" w:rsidRDefault="00374CF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374CF7" w14:paraId="7FB155F1" w14:textId="77777777">
        <w:trPr>
          <w:jc w:val="center"/>
        </w:trPr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6383BBA1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8. Enfoque principal de solución</w:t>
            </w:r>
          </w:p>
          <w:p w14:paraId="4FC1E967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lang w:val="es-CO"/>
              </w:rPr>
              <w:t>Puede marcar más de una opción si el caso lo requiere.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67"/>
            </w:tblGrid>
            <w:tr w:rsidR="00374CF7" w14:paraId="464A2DB8" w14:textId="77777777" w:rsidTr="00EF3C0B">
              <w:trPr>
                <w:trHeight w:val="432"/>
              </w:trPr>
              <w:tc>
                <w:tcPr>
                  <w:tcW w:w="4767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5D23ED0F" w14:textId="77777777" w:rsidR="00374CF7" w:rsidRDefault="00000000">
                  <w:r>
                    <w:rPr>
                      <w:sz w:val="20"/>
                    </w:rPr>
                    <w:t>□ IA</w:t>
                  </w:r>
                </w:p>
              </w:tc>
            </w:tr>
            <w:tr w:rsidR="00374CF7" w14:paraId="7DA56FA4" w14:textId="77777777" w:rsidTr="00EF3C0B">
              <w:trPr>
                <w:trHeight w:val="408"/>
              </w:trPr>
              <w:tc>
                <w:tcPr>
                  <w:tcW w:w="4767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26C8BA72" w14:textId="77777777" w:rsidR="00374CF7" w:rsidRDefault="00000000">
                  <w:r>
                    <w:rPr>
                      <w:sz w:val="20"/>
                    </w:rPr>
                    <w:t>□ Automatización</w:t>
                  </w:r>
                </w:p>
              </w:tc>
            </w:tr>
            <w:tr w:rsidR="00374CF7" w14:paraId="270FD1AE" w14:textId="77777777" w:rsidTr="00EF3C0B">
              <w:trPr>
                <w:trHeight w:val="432"/>
              </w:trPr>
              <w:tc>
                <w:tcPr>
                  <w:tcW w:w="4767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4EB8EAAD" w14:textId="77777777" w:rsidR="00374CF7" w:rsidRDefault="00000000">
                  <w:r>
                    <w:rPr>
                      <w:sz w:val="20"/>
                    </w:rPr>
                    <w:t>□ Rediseño de proceso</w:t>
                  </w:r>
                </w:p>
              </w:tc>
            </w:tr>
            <w:tr w:rsidR="00374CF7" w14:paraId="04B4B1F2" w14:textId="77777777" w:rsidTr="00EF3C0B">
              <w:trPr>
                <w:trHeight w:val="408"/>
              </w:trPr>
              <w:tc>
                <w:tcPr>
                  <w:tcW w:w="4767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24EBCA18" w14:textId="77777777" w:rsidR="00374CF7" w:rsidRDefault="00000000">
                  <w:r>
                    <w:rPr>
                      <w:sz w:val="20"/>
                    </w:rPr>
                    <w:t>□ Capacitación</w:t>
                  </w:r>
                </w:p>
              </w:tc>
            </w:tr>
            <w:tr w:rsidR="00374CF7" w14:paraId="675AEAAA" w14:textId="77777777" w:rsidTr="00EF3C0B">
              <w:trPr>
                <w:trHeight w:val="432"/>
              </w:trPr>
              <w:tc>
                <w:tcPr>
                  <w:tcW w:w="4767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231B3F5F" w14:textId="77777777" w:rsidR="00374CF7" w:rsidRDefault="00000000">
                  <w:r>
                    <w:rPr>
                      <w:sz w:val="20"/>
                    </w:rPr>
                    <w:t>□ Ajuste de seguimiento</w:t>
                  </w:r>
                </w:p>
              </w:tc>
            </w:tr>
            <w:tr w:rsidR="00374CF7" w14:paraId="0496B3F9" w14:textId="77777777" w:rsidTr="00EF3C0B">
              <w:trPr>
                <w:trHeight w:val="408"/>
              </w:trPr>
              <w:tc>
                <w:tcPr>
                  <w:tcW w:w="4767" w:type="dxa"/>
                  <w:tcBorders>
                    <w:top w:val="single" w:sz="4" w:space="0" w:color="D5E1E8"/>
                    <w:left w:val="single" w:sz="4" w:space="0" w:color="D5E1E8"/>
                    <w:bottom w:val="single" w:sz="4" w:space="0" w:color="D5E1E8"/>
                    <w:right w:val="single" w:sz="4" w:space="0" w:color="D5E1E8"/>
                  </w:tcBorders>
                </w:tcPr>
                <w:p w14:paraId="25E95CB8" w14:textId="77777777" w:rsidR="00374CF7" w:rsidRDefault="00000000">
                  <w:r>
                    <w:rPr>
                      <w:sz w:val="20"/>
                    </w:rPr>
                    <w:t>□ Otra: __________________</w:t>
                  </w:r>
                </w:p>
              </w:tc>
            </w:tr>
          </w:tbl>
          <w:p w14:paraId="2483029E" w14:textId="77777777" w:rsidR="00374CF7" w:rsidRDefault="00374CF7"/>
        </w:tc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510832DA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9. Resultado esperado</w:t>
            </w:r>
          </w:p>
          <w:p w14:paraId="4293ABAA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lang w:val="es-CO"/>
              </w:rPr>
              <w:t>Describa qué debería mejorar de forma visible si la oportunidad funciona.</w:t>
            </w:r>
          </w:p>
          <w:p w14:paraId="7D03654B" w14:textId="77777777" w:rsidR="00EF3C0B" w:rsidRDefault="00EF3C0B" w:rsidP="00EF3C0B">
            <w:r>
              <w:t>_______________________________________________</w:t>
            </w:r>
            <w:r>
              <w:br/>
            </w:r>
          </w:p>
          <w:p w14:paraId="0651FC17" w14:textId="77777777" w:rsidR="00EF3C0B" w:rsidRDefault="00EF3C0B" w:rsidP="00EF3C0B">
            <w:r>
              <w:t>_______________________________________________</w:t>
            </w:r>
            <w:r>
              <w:br/>
            </w:r>
          </w:p>
          <w:p w14:paraId="1240ABFD" w14:textId="77777777" w:rsidR="00EF3C0B" w:rsidRDefault="00EF3C0B" w:rsidP="00EF3C0B">
            <w:r>
              <w:t>_______________________________________________</w:t>
            </w:r>
            <w:r>
              <w:br/>
            </w:r>
          </w:p>
          <w:p w14:paraId="5612D423" w14:textId="77777777" w:rsidR="00EF3C0B" w:rsidRDefault="00EF3C0B" w:rsidP="00EF3C0B">
            <w:r>
              <w:t>_______________________________________________</w:t>
            </w:r>
            <w:r>
              <w:br/>
            </w:r>
          </w:p>
          <w:p w14:paraId="26D2CA8D" w14:textId="2B612AA4" w:rsidR="00374CF7" w:rsidRDefault="00EF3C0B" w:rsidP="00EF3C0B">
            <w:r>
              <w:t>_______________________________________________</w:t>
            </w:r>
          </w:p>
        </w:tc>
      </w:tr>
    </w:tbl>
    <w:p w14:paraId="513AECC5" w14:textId="77777777" w:rsidR="00374CF7" w:rsidRDefault="00000000">
      <w:r>
        <w:br w:type="page"/>
      </w:r>
    </w:p>
    <w:p w14:paraId="5C9A22E6" w14:textId="77777777" w:rsidR="00374CF7" w:rsidRDefault="00000000">
      <w:pPr>
        <w:jc w:val="center"/>
      </w:pPr>
      <w:r>
        <w:rPr>
          <w:rFonts w:ascii="Cambria" w:eastAsia="Cambria" w:hAnsi="Cambria"/>
          <w:b/>
          <w:color w:val="19355E"/>
          <w:sz w:val="44"/>
        </w:rPr>
        <w:lastRenderedPageBreak/>
        <w:t>Priorización del caso</w:t>
      </w:r>
    </w:p>
    <w:p w14:paraId="2039A986" w14:textId="77777777" w:rsidR="00374CF7" w:rsidRPr="006864A1" w:rsidRDefault="00000000">
      <w:pPr>
        <w:jc w:val="center"/>
        <w:rPr>
          <w:lang w:val="es-CO"/>
        </w:rPr>
      </w:pPr>
      <w:r w:rsidRPr="006864A1">
        <w:rPr>
          <w:i/>
          <w:color w:val="127A87"/>
          <w:sz w:val="25"/>
          <w:lang w:val="es-CO"/>
        </w:rPr>
        <w:t>Lectura estratégica de una sola fricción</w:t>
      </w:r>
    </w:p>
    <w:p w14:paraId="5F293698" w14:textId="77777777" w:rsidR="00374CF7" w:rsidRPr="006864A1" w:rsidRDefault="00374CF7">
      <w:pPr>
        <w:rPr>
          <w:lang w:val="es-C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374CF7" w:rsidRPr="006864A1" w14:paraId="32FFA781" w14:textId="77777777">
        <w:trPr>
          <w:jc w:val="center"/>
        </w:trPr>
        <w:tc>
          <w:tcPr>
            <w:tcW w:w="10368" w:type="dxa"/>
            <w:tcBorders>
              <w:top w:val="single" w:sz="0" w:space="0" w:color="19355E"/>
              <w:left w:val="single" w:sz="0" w:space="0" w:color="19355E"/>
              <w:bottom w:val="single" w:sz="0" w:space="0" w:color="19355E"/>
              <w:right w:val="single" w:sz="0" w:space="0" w:color="19355E"/>
            </w:tcBorders>
            <w:shd w:val="clear" w:color="auto" w:fill="19355E"/>
          </w:tcPr>
          <w:p w14:paraId="4B2058E8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FFFFFF"/>
                <w:sz w:val="23"/>
                <w:lang w:val="es-CO"/>
              </w:rPr>
              <w:t>Priorización de un solo caso de fricción</w:t>
            </w:r>
          </w:p>
        </w:tc>
      </w:tr>
    </w:tbl>
    <w:p w14:paraId="14C9D6EF" w14:textId="77777777" w:rsidR="00374CF7" w:rsidRPr="006864A1" w:rsidRDefault="00000000">
      <w:pPr>
        <w:rPr>
          <w:lang w:val="es-CO"/>
        </w:rPr>
      </w:pPr>
      <w:r w:rsidRPr="006864A1">
        <w:rPr>
          <w:b/>
          <w:lang w:val="es-CO"/>
        </w:rPr>
        <w:t xml:space="preserve">Indicación: </w:t>
      </w:r>
      <w:r w:rsidRPr="006864A1">
        <w:rPr>
          <w:lang w:val="es-CO"/>
        </w:rPr>
        <w:t>este cuadrante no compara varios casos. Ubique solo la fricción seleccionada según el impacto esperado de resolverla y el esfuerzo estimado para intervenirla.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4464"/>
        <w:gridCol w:w="4464"/>
      </w:tblGrid>
      <w:tr w:rsidR="00374CF7" w14:paraId="4AF755FF" w14:textId="77777777">
        <w:trPr>
          <w:jc w:val="center"/>
        </w:trPr>
        <w:tc>
          <w:tcPr>
            <w:tcW w:w="1296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</w:tcPr>
          <w:p w14:paraId="1E4744DA" w14:textId="77777777" w:rsidR="00374CF7" w:rsidRPr="006864A1" w:rsidRDefault="00374CF7">
            <w:pPr>
              <w:rPr>
                <w:lang w:val="es-CO"/>
              </w:rPr>
            </w:pPr>
          </w:p>
        </w:tc>
        <w:tc>
          <w:tcPr>
            <w:tcW w:w="4464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  <w:shd w:val="clear" w:color="auto" w:fill="E8EFF8"/>
          </w:tcPr>
          <w:p w14:paraId="2F291140" w14:textId="77777777" w:rsidR="00374CF7" w:rsidRDefault="00000000">
            <w:proofErr w:type="spellStart"/>
            <w:r>
              <w:rPr>
                <w:b/>
              </w:rPr>
              <w:t>Esfuerzo</w:t>
            </w:r>
            <w:proofErr w:type="spellEnd"/>
            <w:r>
              <w:rPr>
                <w:b/>
              </w:rPr>
              <w:t xml:space="preserve"> bajo</w:t>
            </w:r>
          </w:p>
        </w:tc>
        <w:tc>
          <w:tcPr>
            <w:tcW w:w="4464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  <w:shd w:val="clear" w:color="auto" w:fill="E8EFF8"/>
          </w:tcPr>
          <w:p w14:paraId="5587849D" w14:textId="77777777" w:rsidR="00374CF7" w:rsidRDefault="00000000">
            <w:r>
              <w:rPr>
                <w:b/>
              </w:rPr>
              <w:t>Esfuerzo alto</w:t>
            </w:r>
          </w:p>
        </w:tc>
      </w:tr>
      <w:tr w:rsidR="00374CF7" w14:paraId="5800AFA7" w14:textId="77777777">
        <w:trPr>
          <w:jc w:val="center"/>
        </w:trPr>
        <w:tc>
          <w:tcPr>
            <w:tcW w:w="1296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  <w:shd w:val="clear" w:color="auto" w:fill="E8EFF8"/>
          </w:tcPr>
          <w:p w14:paraId="0DAB051C" w14:textId="77777777" w:rsidR="00374CF7" w:rsidRDefault="00000000">
            <w:r>
              <w:rPr>
                <w:b/>
              </w:rPr>
              <w:t>Impacto alto</w:t>
            </w:r>
          </w:p>
        </w:tc>
        <w:tc>
          <w:tcPr>
            <w:tcW w:w="4464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</w:tcPr>
          <w:p w14:paraId="74EFC51B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Victoria rápida</w:t>
            </w:r>
          </w:p>
          <w:p w14:paraId="2D699705" w14:textId="77777777" w:rsidR="00374CF7" w:rsidRPr="006864A1" w:rsidRDefault="00374CF7">
            <w:pPr>
              <w:rPr>
                <w:lang w:val="es-CO"/>
              </w:rPr>
            </w:pPr>
          </w:p>
          <w:p w14:paraId="46D3582F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>¿Qué hace viable intervenir esta fricción ahora?</w:t>
            </w:r>
          </w:p>
          <w:p w14:paraId="34EAD3D9" w14:textId="77777777" w:rsidR="00374CF7" w:rsidRPr="006864A1" w:rsidRDefault="00374CF7">
            <w:pPr>
              <w:rPr>
                <w:lang w:val="es-CO"/>
              </w:rPr>
            </w:pPr>
          </w:p>
          <w:p w14:paraId="2FCDFE54" w14:textId="77777777" w:rsidR="00374CF7" w:rsidRDefault="00000000">
            <w:r>
              <w:t>________________________________________</w:t>
            </w:r>
          </w:p>
          <w:p w14:paraId="0CA2B5D5" w14:textId="77777777" w:rsidR="00374CF7" w:rsidRDefault="00000000">
            <w:r>
              <w:t>________________________________________</w:t>
            </w:r>
          </w:p>
          <w:p w14:paraId="592673A2" w14:textId="2E88289C" w:rsidR="00374CF7" w:rsidRDefault="00000000">
            <w:r>
              <w:t>________________________________________</w:t>
            </w:r>
            <w:r w:rsidR="00E549EF">
              <w:br/>
            </w:r>
          </w:p>
        </w:tc>
        <w:tc>
          <w:tcPr>
            <w:tcW w:w="4464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</w:tcPr>
          <w:p w14:paraId="332F0417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Proyecto estratégico</w:t>
            </w:r>
          </w:p>
          <w:p w14:paraId="2DBCB1F6" w14:textId="77777777" w:rsidR="00374CF7" w:rsidRPr="006864A1" w:rsidRDefault="00374CF7">
            <w:pPr>
              <w:rPr>
                <w:lang w:val="es-CO"/>
              </w:rPr>
            </w:pPr>
          </w:p>
          <w:p w14:paraId="3B03E869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>¿Qué condiciones deben asegurarse antes de avanzar?</w:t>
            </w:r>
          </w:p>
          <w:p w14:paraId="7F96860C" w14:textId="77777777" w:rsidR="00374CF7" w:rsidRDefault="00000000">
            <w:r>
              <w:t>________________________________________</w:t>
            </w:r>
          </w:p>
          <w:p w14:paraId="4CA17D69" w14:textId="77777777" w:rsidR="00374CF7" w:rsidRDefault="00000000">
            <w:r>
              <w:t>________________________________________</w:t>
            </w:r>
          </w:p>
          <w:p w14:paraId="6A54F325" w14:textId="388AB972" w:rsidR="00374CF7" w:rsidRDefault="00000000">
            <w:r>
              <w:t>________________________________________</w:t>
            </w:r>
            <w:r w:rsidR="00E549EF">
              <w:br/>
            </w:r>
          </w:p>
        </w:tc>
      </w:tr>
      <w:tr w:rsidR="00374CF7" w14:paraId="1ABAB5DE" w14:textId="77777777">
        <w:trPr>
          <w:jc w:val="center"/>
        </w:trPr>
        <w:tc>
          <w:tcPr>
            <w:tcW w:w="1296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  <w:shd w:val="clear" w:color="auto" w:fill="E8EFF8"/>
          </w:tcPr>
          <w:p w14:paraId="2D5F7203" w14:textId="77777777" w:rsidR="00374CF7" w:rsidRDefault="00000000">
            <w:r>
              <w:rPr>
                <w:b/>
              </w:rPr>
              <w:t>Impacto bajo</w:t>
            </w:r>
          </w:p>
        </w:tc>
        <w:tc>
          <w:tcPr>
            <w:tcW w:w="4464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</w:tcPr>
          <w:p w14:paraId="41A5967C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Ajuste menor</w:t>
            </w:r>
          </w:p>
          <w:p w14:paraId="088AF222" w14:textId="77777777" w:rsidR="00374CF7" w:rsidRPr="006864A1" w:rsidRDefault="00374CF7">
            <w:pPr>
              <w:rPr>
                <w:lang w:val="es-CO"/>
              </w:rPr>
            </w:pPr>
          </w:p>
          <w:p w14:paraId="5577C915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>¿Qué beneficio concreto generaría, aunque sea acotado?</w:t>
            </w:r>
          </w:p>
          <w:p w14:paraId="6F6A1673" w14:textId="77777777" w:rsidR="00374CF7" w:rsidRPr="006864A1" w:rsidRDefault="00374CF7">
            <w:pPr>
              <w:rPr>
                <w:lang w:val="es-CO"/>
              </w:rPr>
            </w:pPr>
          </w:p>
          <w:p w14:paraId="53EC223A" w14:textId="77777777" w:rsidR="00374CF7" w:rsidRDefault="00000000">
            <w:r>
              <w:t>________________________________________</w:t>
            </w:r>
          </w:p>
          <w:p w14:paraId="24E9ED01" w14:textId="77777777" w:rsidR="00374CF7" w:rsidRDefault="00000000">
            <w:r>
              <w:t>________________________________________</w:t>
            </w:r>
          </w:p>
          <w:p w14:paraId="3D36025A" w14:textId="0C302856" w:rsidR="00374CF7" w:rsidRDefault="00000000">
            <w:r>
              <w:t>________________________________________</w:t>
            </w:r>
            <w:r w:rsidR="00E549EF">
              <w:br/>
            </w:r>
          </w:p>
        </w:tc>
        <w:tc>
          <w:tcPr>
            <w:tcW w:w="4464" w:type="dxa"/>
            <w:tcBorders>
              <w:top w:val="single" w:sz="8" w:space="0" w:color="AFC7D4"/>
              <w:left w:val="single" w:sz="8" w:space="0" w:color="AFC7D4"/>
              <w:bottom w:val="single" w:sz="8" w:space="0" w:color="AFC7D4"/>
              <w:right w:val="single" w:sz="8" w:space="0" w:color="AFC7D4"/>
            </w:tcBorders>
          </w:tcPr>
          <w:p w14:paraId="5C04F901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Posponer o rediseñar</w:t>
            </w:r>
          </w:p>
          <w:p w14:paraId="45D1920D" w14:textId="77777777" w:rsidR="00374CF7" w:rsidRPr="006864A1" w:rsidRDefault="00374CF7">
            <w:pPr>
              <w:rPr>
                <w:lang w:val="es-CO"/>
              </w:rPr>
            </w:pPr>
          </w:p>
          <w:p w14:paraId="13DCCBC6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>¿Qué tendría que cambiar para que valga la pena intervenirla?</w:t>
            </w:r>
          </w:p>
          <w:p w14:paraId="1882369C" w14:textId="77777777" w:rsidR="00374CF7" w:rsidRPr="006864A1" w:rsidRDefault="00374CF7">
            <w:pPr>
              <w:rPr>
                <w:lang w:val="es-CO"/>
              </w:rPr>
            </w:pPr>
          </w:p>
          <w:p w14:paraId="5675C3AE" w14:textId="77777777" w:rsidR="00374CF7" w:rsidRDefault="00000000">
            <w:r>
              <w:t>________________________________________</w:t>
            </w:r>
          </w:p>
          <w:p w14:paraId="7EE0CF36" w14:textId="77777777" w:rsidR="00374CF7" w:rsidRDefault="00000000">
            <w:r>
              <w:t>________________________________________</w:t>
            </w:r>
          </w:p>
          <w:p w14:paraId="117A4521" w14:textId="77777777" w:rsidR="00374CF7" w:rsidRDefault="00000000">
            <w:r>
              <w:t>________________________________________</w:t>
            </w:r>
          </w:p>
        </w:tc>
      </w:tr>
    </w:tbl>
    <w:p w14:paraId="07DFC5F1" w14:textId="77777777" w:rsidR="00374CF7" w:rsidRDefault="00374CF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374CF7" w14:paraId="3C784E99" w14:textId="77777777">
        <w:trPr>
          <w:jc w:val="center"/>
        </w:trPr>
        <w:tc>
          <w:tcPr>
            <w:tcW w:w="10368" w:type="dxa"/>
            <w:tcBorders>
              <w:top w:val="single" w:sz="8" w:space="0" w:color="B7CAD6"/>
              <w:left w:val="single" w:sz="8" w:space="0" w:color="B7CAD6"/>
              <w:bottom w:val="single" w:sz="8" w:space="0" w:color="B7CAD6"/>
              <w:right w:val="single" w:sz="8" w:space="0" w:color="B7CAD6"/>
            </w:tcBorders>
            <w:shd w:val="clear" w:color="auto" w:fill="FFFFFF"/>
          </w:tcPr>
          <w:p w14:paraId="2EB95C2F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sz w:val="22"/>
                <w:lang w:val="es-CO"/>
              </w:rPr>
              <w:t>Justificación de la ubicación en el cuadrante</w:t>
            </w:r>
          </w:p>
          <w:p w14:paraId="1812424E" w14:textId="44B59F38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color w:val="127A87"/>
                <w:sz w:val="19"/>
                <w:lang w:val="es-CO"/>
              </w:rPr>
              <w:t>Explique por qué el caso fue ubicado en ese cuadrante y qué evidencia respalda esa decisión.</w:t>
            </w:r>
            <w:r w:rsidR="00E549EF">
              <w:rPr>
                <w:i/>
                <w:color w:val="127A87"/>
                <w:sz w:val="19"/>
                <w:lang w:val="es-CO"/>
              </w:rPr>
              <w:br/>
            </w:r>
          </w:p>
          <w:p w14:paraId="2C4626CA" w14:textId="18A5F84A" w:rsidR="00E549EF" w:rsidRDefault="00E549EF" w:rsidP="00E549EF">
            <w:r>
              <w:t>_________________________________________________________________________________________________</w:t>
            </w:r>
            <w:r>
              <w:br/>
            </w:r>
          </w:p>
          <w:p w14:paraId="1A4AEFEC" w14:textId="3232F325" w:rsidR="00E549EF" w:rsidRDefault="00E549EF" w:rsidP="00E549EF">
            <w:r>
              <w:t>_________________________________________________________________________________________________</w:t>
            </w:r>
            <w:r>
              <w:br/>
            </w:r>
          </w:p>
          <w:p w14:paraId="47E2F0B9" w14:textId="67A6981F" w:rsidR="00E549EF" w:rsidRDefault="00E549EF" w:rsidP="00E549EF">
            <w:r>
              <w:t>_________________________________________________________________________________________________</w:t>
            </w:r>
            <w:r>
              <w:br/>
            </w:r>
          </w:p>
          <w:p w14:paraId="6839C7B1" w14:textId="7D26DA9D" w:rsidR="00E549EF" w:rsidRDefault="00E549EF" w:rsidP="00E549EF">
            <w:r>
              <w:t>_________________________________________________________________________________________________</w:t>
            </w:r>
            <w:r>
              <w:br/>
            </w:r>
          </w:p>
          <w:p w14:paraId="0BAEAD04" w14:textId="569DB4D1" w:rsidR="00E549EF" w:rsidRDefault="00E549EF" w:rsidP="00E549EF">
            <w:r>
              <w:t>_________________________________________________________________________________________________</w:t>
            </w:r>
            <w:r>
              <w:br/>
            </w:r>
          </w:p>
          <w:p w14:paraId="47303284" w14:textId="7B2E9275" w:rsidR="00E549EF" w:rsidRDefault="00E549EF" w:rsidP="00E549EF">
            <w:r>
              <w:t>_________________________________________________________________________________________________</w:t>
            </w:r>
            <w:r>
              <w:br/>
            </w:r>
          </w:p>
          <w:p w14:paraId="1F0ED769" w14:textId="77777777" w:rsidR="00E549EF" w:rsidRDefault="00E549EF" w:rsidP="00E549EF">
            <w:r>
              <w:t>_________________________________________________________________________________________________</w:t>
            </w:r>
          </w:p>
          <w:p w14:paraId="281EB0FB" w14:textId="4898E2EB" w:rsidR="00374CF7" w:rsidRDefault="00374CF7"/>
        </w:tc>
      </w:tr>
    </w:tbl>
    <w:p w14:paraId="6E6C0D02" w14:textId="77777777" w:rsidR="00374CF7" w:rsidRDefault="00000000">
      <w:r>
        <w:br w:type="page"/>
      </w:r>
    </w:p>
    <w:p w14:paraId="423C063B" w14:textId="77777777" w:rsidR="00374CF7" w:rsidRDefault="00000000">
      <w:pPr>
        <w:jc w:val="center"/>
      </w:pPr>
      <w:r>
        <w:rPr>
          <w:rFonts w:ascii="Cambria" w:eastAsia="Cambria" w:hAnsi="Cambria"/>
          <w:b/>
          <w:color w:val="19355E"/>
          <w:sz w:val="44"/>
        </w:rPr>
        <w:lastRenderedPageBreak/>
        <w:t>Validación del caso</w:t>
      </w:r>
    </w:p>
    <w:p w14:paraId="13C7CCB2" w14:textId="77777777" w:rsidR="00374CF7" w:rsidRPr="006864A1" w:rsidRDefault="00000000">
      <w:pPr>
        <w:jc w:val="center"/>
        <w:rPr>
          <w:lang w:val="es-CO"/>
        </w:rPr>
      </w:pPr>
      <w:r w:rsidRPr="006864A1">
        <w:rPr>
          <w:i/>
          <w:color w:val="127A87"/>
          <w:sz w:val="25"/>
          <w:lang w:val="es-CO"/>
        </w:rPr>
        <w:t>Del primer diseño al piloto breve y medible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374CF7" w14:paraId="746EA7D8" w14:textId="77777777">
        <w:trPr>
          <w:jc w:val="center"/>
        </w:trPr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7304722C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10. Hipótesis de intervención</w:t>
            </w:r>
          </w:p>
          <w:p w14:paraId="0C9CF3F4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lang w:val="es-CO"/>
              </w:rPr>
              <w:t>Si aplicamos esta intervención, entonces debería observarse el siguiente cambio:</w:t>
            </w:r>
          </w:p>
          <w:p w14:paraId="216C3D49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5077D78F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20957213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204616AD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4FAD6A96" w14:textId="281B9D83" w:rsidR="00374CF7" w:rsidRDefault="00E549EF" w:rsidP="00E549EF">
            <w:r>
              <w:t>_______________________________________________</w:t>
            </w:r>
            <w:r>
              <w:br/>
            </w:r>
            <w:r>
              <w:br/>
            </w:r>
          </w:p>
        </w:tc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4ADEE47E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11. Prueba pequeña</w:t>
            </w:r>
          </w:p>
          <w:p w14:paraId="63F0941B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lang w:val="es-CO"/>
              </w:rPr>
              <w:t>Defina un piloto breve, acotado y posible dentro de la unidad o curso:</w:t>
            </w:r>
          </w:p>
          <w:p w14:paraId="5EE2C21E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3C3DF0B6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2F483A9A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00FD008A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7E35E3BC" w14:textId="050A5267" w:rsidR="00374CF7" w:rsidRDefault="00E549EF" w:rsidP="00E549EF">
            <w:r>
              <w:t>_______________________________________________</w:t>
            </w:r>
          </w:p>
        </w:tc>
      </w:tr>
      <w:tr w:rsidR="00374CF7" w14:paraId="30344DBB" w14:textId="77777777">
        <w:trPr>
          <w:jc w:val="center"/>
        </w:trPr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5429EFBF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12. Indicador inicial de éxito</w:t>
            </w:r>
          </w:p>
          <w:p w14:paraId="67DF49FA" w14:textId="14435444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lang w:val="es-CO"/>
              </w:rPr>
              <w:t>Señale cómo sabrá si el piloto funcionó o no:</w:t>
            </w:r>
            <w:r w:rsidR="00E549EF">
              <w:rPr>
                <w:i/>
                <w:lang w:val="es-CO"/>
              </w:rPr>
              <w:br/>
            </w:r>
          </w:p>
          <w:p w14:paraId="01F5A346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47857445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65CA4B9D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1CC3C0FF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7EC6B18B" w14:textId="1CCFACE3" w:rsidR="00374CF7" w:rsidRDefault="00E549EF" w:rsidP="00E549EF">
            <w:r>
              <w:t>_______________________________________________</w:t>
            </w:r>
          </w:p>
        </w:tc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27962539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13. Decisión esperada</w:t>
            </w:r>
          </w:p>
          <w:p w14:paraId="461EBBC5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i/>
                <w:lang w:val="es-CO"/>
              </w:rPr>
              <w:t>Indique qué decisión permitiría tomar el piloto: continuar, ajustar, escalar o descartar:</w:t>
            </w:r>
          </w:p>
          <w:p w14:paraId="06CF4D40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59D34D04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1A3E7835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6996565A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54788FDF" w14:textId="760481E0" w:rsidR="00374CF7" w:rsidRDefault="00E549EF" w:rsidP="00E549EF">
            <w:r>
              <w:t>_______________________________________________</w:t>
            </w:r>
            <w:r>
              <w:br/>
            </w:r>
          </w:p>
        </w:tc>
      </w:tr>
    </w:tbl>
    <w:p w14:paraId="6196D21A" w14:textId="77777777" w:rsidR="00374CF7" w:rsidRDefault="00374CF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374CF7" w14:paraId="0ADD3169" w14:textId="77777777">
        <w:trPr>
          <w:jc w:val="center"/>
        </w:trPr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7207211C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14. Filtro ético</w:t>
            </w:r>
          </w:p>
          <w:p w14:paraId="168E1E12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>Autonomía: ¿qué debe seguir requiriendo juicio humano?</w:t>
            </w:r>
          </w:p>
          <w:p w14:paraId="6524456B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>Equidad: ¿a quién podría afectar de forma desigual?</w:t>
            </w:r>
          </w:p>
          <w:p w14:paraId="3B881282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>Transparencia: ¿cómo se explicará el uso de la intervención?</w:t>
            </w:r>
          </w:p>
          <w:p w14:paraId="6E3AC9A2" w14:textId="77777777" w:rsidR="00374CF7" w:rsidRPr="006864A1" w:rsidRDefault="00374CF7">
            <w:pPr>
              <w:rPr>
                <w:lang w:val="es-CO"/>
              </w:rPr>
            </w:pPr>
          </w:p>
          <w:p w14:paraId="51A76535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1DE289E2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16D05E99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52C9CF99" w14:textId="77777777" w:rsidR="00E549EF" w:rsidRDefault="00E549EF" w:rsidP="00E549EF">
            <w:r>
              <w:t>_______________________________________________</w:t>
            </w:r>
            <w:r>
              <w:br/>
            </w:r>
          </w:p>
          <w:p w14:paraId="31FC3494" w14:textId="06AA05FB" w:rsidR="00374CF7" w:rsidRDefault="00E549EF" w:rsidP="00E549EF">
            <w:r>
              <w:t>_______________________________________________</w:t>
            </w:r>
            <w:r>
              <w:br/>
            </w:r>
          </w:p>
        </w:tc>
        <w:tc>
          <w:tcPr>
            <w:tcW w:w="5184" w:type="dxa"/>
            <w:tcBorders>
              <w:top w:val="single" w:sz="8" w:space="0" w:color="C9D7E1"/>
              <w:left w:val="single" w:sz="8" w:space="0" w:color="C9D7E1"/>
              <w:bottom w:val="single" w:sz="8" w:space="0" w:color="C9D7E1"/>
              <w:right w:val="single" w:sz="8" w:space="0" w:color="C9D7E1"/>
            </w:tcBorders>
          </w:tcPr>
          <w:p w14:paraId="3379D49A" w14:textId="77777777" w:rsidR="00374CF7" w:rsidRPr="006864A1" w:rsidRDefault="00000000">
            <w:pPr>
              <w:rPr>
                <w:lang w:val="es-CO"/>
              </w:rPr>
            </w:pPr>
            <w:r w:rsidRPr="006864A1">
              <w:rPr>
                <w:b/>
                <w:color w:val="19355E"/>
                <w:lang w:val="es-CO"/>
              </w:rPr>
              <w:t>15. Ruta inmediata de acción</w:t>
            </w:r>
          </w:p>
          <w:p w14:paraId="63DDF2AE" w14:textId="77777777" w:rsidR="00374CF7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>Consigne el primer paso, el apoyo requerido y el plazo inicial.</w:t>
            </w:r>
          </w:p>
          <w:p w14:paraId="20DE2F91" w14:textId="77777777" w:rsidR="00E549EF" w:rsidRPr="006864A1" w:rsidRDefault="00E549EF">
            <w:pPr>
              <w:rPr>
                <w:lang w:val="es-CO"/>
              </w:rPr>
            </w:pPr>
          </w:p>
          <w:p w14:paraId="5C2BA78D" w14:textId="77777777" w:rsidR="00E549EF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 xml:space="preserve">Primer paso: </w:t>
            </w:r>
          </w:p>
          <w:p w14:paraId="32BC0B2D" w14:textId="77777777" w:rsidR="00E549EF" w:rsidRDefault="00E549EF">
            <w:pPr>
              <w:rPr>
                <w:lang w:val="es-CO"/>
              </w:rPr>
            </w:pPr>
          </w:p>
          <w:p w14:paraId="24CE9219" w14:textId="58ED6AEB" w:rsidR="00E549EF" w:rsidRDefault="00E549EF">
            <w:pPr>
              <w:rPr>
                <w:lang w:val="es-CO"/>
              </w:rPr>
            </w:pPr>
            <w:r>
              <w:t>_______________________________________________</w:t>
            </w:r>
          </w:p>
          <w:p w14:paraId="17DCBF62" w14:textId="74E17EC2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 xml:space="preserve">Apoyo requerido: </w:t>
            </w:r>
            <w:r w:rsidR="00E549EF">
              <w:rPr>
                <w:lang w:val="es-CO"/>
              </w:rPr>
              <w:br/>
            </w:r>
            <w:r w:rsidR="00E549EF">
              <w:rPr>
                <w:lang w:val="es-CO"/>
              </w:rPr>
              <w:br/>
            </w:r>
            <w:r w:rsidR="00E549EF">
              <w:t>_______________________________________________</w:t>
            </w:r>
          </w:p>
          <w:p w14:paraId="0AA6BEF6" w14:textId="4DFF4A15" w:rsidR="00374CF7" w:rsidRPr="006864A1" w:rsidRDefault="00000000">
            <w:pPr>
              <w:rPr>
                <w:lang w:val="es-CO"/>
              </w:rPr>
            </w:pPr>
            <w:r w:rsidRPr="006864A1">
              <w:rPr>
                <w:lang w:val="es-CO"/>
              </w:rPr>
              <w:t xml:space="preserve">Plazo inicial: </w:t>
            </w:r>
            <w:r w:rsidR="00E549EF">
              <w:rPr>
                <w:lang w:val="es-CO"/>
              </w:rPr>
              <w:br/>
            </w:r>
            <w:r w:rsidR="00E549EF">
              <w:rPr>
                <w:lang w:val="es-CO"/>
              </w:rPr>
              <w:br/>
            </w:r>
            <w:r w:rsidR="00E549EF">
              <w:t>_______________________________________________</w:t>
            </w:r>
          </w:p>
          <w:p w14:paraId="22FE24F9" w14:textId="73058C3F" w:rsidR="00374CF7" w:rsidRDefault="00374CF7"/>
        </w:tc>
      </w:tr>
    </w:tbl>
    <w:p w14:paraId="62BD5186" w14:textId="77777777" w:rsidR="00CF363E" w:rsidRDefault="00CF363E"/>
    <w:sectPr w:rsidR="00CF363E" w:rsidSect="00034616">
      <w:foot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5132" w14:textId="77777777" w:rsidR="00CF363E" w:rsidRDefault="00CF363E">
      <w:pPr>
        <w:spacing w:line="240" w:lineRule="auto"/>
      </w:pPr>
      <w:r>
        <w:separator/>
      </w:r>
    </w:p>
  </w:endnote>
  <w:endnote w:type="continuationSeparator" w:id="0">
    <w:p w14:paraId="7F1F3E5F" w14:textId="77777777" w:rsidR="00CF363E" w:rsidRDefault="00CF3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D581" w14:textId="77777777" w:rsidR="00374CF7" w:rsidRPr="006864A1" w:rsidRDefault="00000000">
    <w:pPr>
      <w:pStyle w:val="Piedepgina"/>
      <w:jc w:val="center"/>
      <w:rPr>
        <w:lang w:val="es-CO"/>
      </w:rPr>
    </w:pPr>
    <w:r w:rsidRPr="006864A1">
      <w:rPr>
        <w:color w:val="6E767C"/>
        <w:sz w:val="18"/>
        <w:lang w:val="es-CO"/>
      </w:rPr>
      <w:t>Ficha de diligenciamiento - Canvas de oportunidad universitaria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9CA7B" w14:textId="77777777" w:rsidR="00CF363E" w:rsidRDefault="00CF363E">
      <w:pPr>
        <w:spacing w:line="240" w:lineRule="auto"/>
      </w:pPr>
      <w:r>
        <w:separator/>
      </w:r>
    </w:p>
  </w:footnote>
  <w:footnote w:type="continuationSeparator" w:id="0">
    <w:p w14:paraId="71C7DC23" w14:textId="77777777" w:rsidR="00CF363E" w:rsidRDefault="00CF36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8154506">
    <w:abstractNumId w:val="8"/>
  </w:num>
  <w:num w:numId="2" w16cid:durableId="1909654534">
    <w:abstractNumId w:val="6"/>
  </w:num>
  <w:num w:numId="3" w16cid:durableId="1723288814">
    <w:abstractNumId w:val="5"/>
  </w:num>
  <w:num w:numId="4" w16cid:durableId="113211284">
    <w:abstractNumId w:val="4"/>
  </w:num>
  <w:num w:numId="5" w16cid:durableId="1022248060">
    <w:abstractNumId w:val="7"/>
  </w:num>
  <w:num w:numId="6" w16cid:durableId="1059134875">
    <w:abstractNumId w:val="3"/>
  </w:num>
  <w:num w:numId="7" w16cid:durableId="830875044">
    <w:abstractNumId w:val="2"/>
  </w:num>
  <w:num w:numId="8" w16cid:durableId="348482773">
    <w:abstractNumId w:val="1"/>
  </w:num>
  <w:num w:numId="9" w16cid:durableId="93016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40AA"/>
    <w:rsid w:val="0029639D"/>
    <w:rsid w:val="00326F90"/>
    <w:rsid w:val="00374CF7"/>
    <w:rsid w:val="003C6DDD"/>
    <w:rsid w:val="005C4D1A"/>
    <w:rsid w:val="006864A1"/>
    <w:rsid w:val="00AA1D8D"/>
    <w:rsid w:val="00B47730"/>
    <w:rsid w:val="00CB0664"/>
    <w:rsid w:val="00CF363E"/>
    <w:rsid w:val="00D84434"/>
    <w:rsid w:val="00E549EF"/>
    <w:rsid w:val="00EF3C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E8829"/>
  <w14:defaultImageDpi w14:val="300"/>
  <w15:docId w15:val="{B780C6FE-952E-4A1E-8195-AD19D050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C0B"/>
    <w:pPr>
      <w:spacing w:after="0" w:line="264" w:lineRule="auto"/>
    </w:pPr>
    <w:rPr>
      <w:rFonts w:ascii="Calibri" w:eastAsia="Calibri" w:hAnsi="Calibri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1538</Words>
  <Characters>8465</Characters>
  <Application>Microsoft Office Word</Application>
  <DocSecurity>0</DocSecurity>
  <Lines>70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CASTILLO VELASQUEZ JULIAN ARTURO</cp:lastModifiedBy>
  <cp:revision>4</cp:revision>
  <dcterms:created xsi:type="dcterms:W3CDTF">2013-12-23T23:15:00Z</dcterms:created>
  <dcterms:modified xsi:type="dcterms:W3CDTF">2026-04-28T21:35:00Z</dcterms:modified>
  <cp:category/>
</cp:coreProperties>
</file>